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/>
      </w:pPr>
      <w:r>
        <w:rPr/>
        <w:t>.............................................................</w:t>
      </w:r>
    </w:p>
    <w:p>
      <w:pPr>
        <w:pStyle w:val="Normal"/>
        <w:spacing w:before="0" w:after="60"/>
        <w:jc w:val="left"/>
        <w:rPr/>
      </w:pPr>
      <w:r>
        <w:rPr>
          <w:sz w:val="17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sz w:val="17"/>
        </w:rPr>
        <w:t>(miejscowość, data)</w:t>
      </w:r>
    </w:p>
    <w:p>
      <w:pPr>
        <w:pStyle w:val="Normal"/>
        <w:spacing w:before="0" w:after="60"/>
        <w:jc w:val="right"/>
        <w:rPr>
          <w:sz w:val="17"/>
        </w:rPr>
      </w:pPr>
      <w:r>
        <w:rPr/>
      </w:r>
    </w:p>
    <w:p>
      <w:pPr>
        <w:pStyle w:val="Normal"/>
        <w:spacing w:before="0" w:after="60"/>
        <w:jc w:val="right"/>
        <w:rPr>
          <w:sz w:val="17"/>
        </w:rPr>
      </w:pPr>
      <w:r>
        <w:rPr/>
      </w:r>
    </w:p>
    <w:p>
      <w:pPr>
        <w:pStyle w:val="Normal"/>
        <w:spacing w:before="0" w:after="160"/>
        <w:jc w:val="center"/>
        <w:rPr/>
      </w:pPr>
      <w:r>
        <w:rPr>
          <w:b/>
          <w:sz w:val="26"/>
        </w:rPr>
        <w:t>UPOWAŻNIENIE DO ODBIORU DZIECKA</w:t>
      </w:r>
    </w:p>
    <w:p>
      <w:pPr>
        <w:pStyle w:val="Normal"/>
        <w:spacing w:before="0" w:after="60"/>
        <w:rPr>
          <w:sz w:val="22"/>
          <w:szCs w:val="22"/>
        </w:rPr>
      </w:pPr>
      <w:r>
        <w:rPr>
          <w:b/>
          <w:sz w:val="22"/>
          <w:szCs w:val="22"/>
        </w:rPr>
        <w:t>Ja, niżej podpisany/a rodzic/opiekun prawny: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Imię i nazwisko rodzica/opiekuna: </w:t>
      </w:r>
      <w:r>
        <w:rPr>
          <w:sz w:val="22"/>
          <w:szCs w:val="22"/>
        </w:rPr>
        <w:t>..........................................................................................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Adres zamieszkania: </w:t>
      </w:r>
      <w:r>
        <w:rPr>
          <w:sz w:val="22"/>
          <w:szCs w:val="22"/>
        </w:rPr>
        <w:t>..........................................................................................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Seria i nr dokumentu tożsamości rodzica/opiekuna (opcjonalnie, jeżeli wymagane do weryfikacji): </w:t>
      </w:r>
      <w:r>
        <w:rPr>
          <w:sz w:val="22"/>
          <w:szCs w:val="22"/>
        </w:rPr>
        <w:t>..........................................................................................</w:t>
      </w:r>
    </w:p>
    <w:p>
      <w:pPr>
        <w:pStyle w:val="Normal"/>
        <w:spacing w:before="0" w:after="100"/>
        <w:rPr>
          <w:sz w:val="22"/>
          <w:szCs w:val="22"/>
        </w:rPr>
      </w:pPr>
      <w:r>
        <w:rPr>
          <w:sz w:val="22"/>
          <w:szCs w:val="22"/>
        </w:rPr>
        <w:t>upoważniam następującą osobę do odbioru mojego dziecka z zajęć/warsztatów/wyjazdu organizowanych przez Gminny Ośrodek Kultury w Dobrczu: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Imię i nazwisko osoby upoważnionej: </w:t>
      </w:r>
      <w:r>
        <w:rPr>
          <w:sz w:val="22"/>
          <w:szCs w:val="22"/>
        </w:rPr>
        <w:t>..........................................................................................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Seria i nr dokumentu tożsamości osoby upoważnionej: </w:t>
      </w:r>
      <w:r>
        <w:rPr>
          <w:sz w:val="22"/>
          <w:szCs w:val="22"/>
        </w:rPr>
        <w:t>........................................................................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Telefon osoby upoważnionej (opcjonalnie): </w:t>
      </w:r>
      <w:r>
        <w:rPr>
          <w:sz w:val="22"/>
          <w:szCs w:val="22"/>
        </w:rPr>
        <w:t>..........................................................................................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Imię i nazwisko dziecka: </w:t>
      </w:r>
      <w:r>
        <w:rPr>
          <w:sz w:val="22"/>
          <w:szCs w:val="22"/>
        </w:rPr>
        <w:t>..........................................................................................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Data urodzenia dziecka: </w:t>
      </w:r>
      <w:r>
        <w:rPr>
          <w:sz w:val="22"/>
          <w:szCs w:val="22"/>
        </w:rPr>
        <w:t>..........................................................................................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Nazwa wydarzenia / miejsce odbioru: </w:t>
      </w:r>
      <w:r>
        <w:rPr>
          <w:sz w:val="22"/>
          <w:szCs w:val="22"/>
        </w:rPr>
        <w:t>..........................................................................................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Upoważnienie obowiązuje w dniu/dniach: </w:t>
      </w:r>
      <w:r>
        <w:rPr>
          <w:sz w:val="22"/>
          <w:szCs w:val="22"/>
        </w:rPr>
        <w:t>..........................................................................................</w:t>
      </w:r>
    </w:p>
    <w:p>
      <w:pPr>
        <w:pStyle w:val="Normal"/>
        <w:spacing w:before="0" w:after="60"/>
        <w:rPr>
          <w:sz w:val="22"/>
          <w:szCs w:val="22"/>
        </w:rPr>
      </w:pPr>
      <w:r>
        <w:rPr>
          <w:b/>
          <w:sz w:val="22"/>
          <w:szCs w:val="22"/>
        </w:rPr>
        <w:t>Oświadczam, że biorę pełną odpowiedzialność za odbiór dziecka przez wskazaną osobę od chwili przekazania jej dziecka przez organizatora.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sz w:val="22"/>
          <w:szCs w:val="22"/>
        </w:rPr>
        <w:t>Osoba upoważniona przy odbiorze dziecka może zostać poproszona o okazanie dokumentu tożsamości w celu potwierdzenia zgodności danych z upoważnieniem.</w:t>
      </w:r>
    </w:p>
    <w:p>
      <w:pPr>
        <w:pStyle w:val="Normal"/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br/>
        <w:t>.............................................................</w:t>
      </w:r>
    </w:p>
    <w:p>
      <w:pPr>
        <w:pStyle w:val="Normal"/>
        <w:spacing w:before="0" w:after="80"/>
        <w:jc w:val="right"/>
        <w:rPr>
          <w:sz w:val="22"/>
          <w:szCs w:val="22"/>
        </w:rPr>
      </w:pPr>
      <w:r>
        <w:rPr>
          <w:sz w:val="22"/>
          <w:szCs w:val="22"/>
        </w:rPr>
        <w:t>(podpis rodzica/opiekuna prawnego)</w:t>
      </w:r>
    </w:p>
    <w:p>
      <w:pPr>
        <w:pStyle w:val="Normal"/>
        <w:spacing w:before="0" w:after="8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0" w:after="8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0" w:after="80"/>
        <w:jc w:val="center"/>
        <w:rPr>
          <w:sz w:val="22"/>
          <w:szCs w:val="22"/>
        </w:rPr>
      </w:pPr>
      <w:r>
        <w:rPr>
          <w:b/>
          <w:sz w:val="22"/>
          <w:szCs w:val="22"/>
        </w:rPr>
        <w:t>Oświadczenie osoby upoważnionej</w:t>
      </w:r>
    </w:p>
    <w:p>
      <w:pPr>
        <w:pStyle w:val="Normal"/>
        <w:spacing w:before="0" w:after="80"/>
        <w:rPr>
          <w:sz w:val="22"/>
          <w:szCs w:val="22"/>
        </w:rPr>
      </w:pPr>
      <w:r>
        <w:rPr>
          <w:sz w:val="22"/>
          <w:szCs w:val="22"/>
        </w:rPr>
        <w:t>Potwierdzam przyjęcie upoważnienia i zapoznanie się z klauzulą informacyjną dotyczącą przetwarzania moich danych osobowych.</w:t>
      </w:r>
    </w:p>
    <w:p>
      <w:pPr>
        <w:pStyle w:val="Normal"/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br/>
        <w:t>.............................................................</w:t>
      </w:r>
    </w:p>
    <w:p>
      <w:pPr>
        <w:pStyle w:val="Normal"/>
        <w:spacing w:before="0" w:after="80"/>
        <w:jc w:val="right"/>
        <w:rPr>
          <w:sz w:val="22"/>
          <w:szCs w:val="22"/>
        </w:rPr>
      </w:pPr>
      <w:r>
        <w:rPr>
          <w:sz w:val="22"/>
          <w:szCs w:val="22"/>
        </w:rPr>
        <w:t>(czytelny podpis osoby upoważnionej)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Normal"/>
        <w:spacing w:before="0" w:after="160"/>
        <w:jc w:val="center"/>
        <w:rPr/>
      </w:pPr>
      <w:r>
        <w:rPr>
          <w:b/>
          <w:sz w:val="26"/>
        </w:rPr>
        <w:t>KLAUZULA INFORMACYJNA RODO DO UPOWAŻNIENIA DO ODBIORU DZIECKA</w:t>
      </w:r>
    </w:p>
    <w:p>
      <w:pPr>
        <w:pStyle w:val="Normal"/>
        <w:spacing w:before="0" w:after="160"/>
        <w:jc w:val="center"/>
        <w:rPr>
          <w:b/>
          <w:b/>
          <w:sz w:val="26"/>
        </w:rPr>
      </w:pPr>
      <w:r>
        <w:rPr/>
      </w:r>
    </w:p>
    <w:p>
      <w:pPr>
        <w:pStyle w:val="Normal"/>
        <w:spacing w:before="0" w:after="160"/>
        <w:jc w:val="center"/>
        <w:rPr>
          <w:b/>
          <w:b/>
          <w:sz w:val="26"/>
        </w:rPr>
      </w:pPr>
      <w:r>
        <w:rPr/>
      </w:r>
    </w:p>
    <w:p>
      <w:pPr>
        <w:pStyle w:val="Normal"/>
        <w:spacing w:before="0" w:after="100"/>
        <w:jc w:val="both"/>
        <w:rPr>
          <w:sz w:val="21"/>
          <w:szCs w:val="21"/>
        </w:rPr>
      </w:pPr>
      <w:r>
        <w:rPr>
          <w:b/>
          <w:sz w:val="21"/>
          <w:szCs w:val="21"/>
        </w:rPr>
        <w:t>Klauzula obejmuje dane rodzica/opiekuna, dziecka oraz osoby upoważnionej do odbioru dziecka. Jeżeli dane osoby upoważnionej podaje rodzic/opiekun, informację należy przekazać tej osobie najpóźniej przy pierwszym kontakcie/odbiorze dziecka.</w:t>
      </w:r>
    </w:p>
    <w:p>
      <w:pPr>
        <w:pStyle w:val="Normal"/>
        <w:spacing w:before="0" w:after="80"/>
        <w:jc w:val="both"/>
        <w:rPr>
          <w:sz w:val="21"/>
          <w:szCs w:val="21"/>
        </w:rPr>
      </w:pPr>
      <w:r>
        <w:rPr>
          <w:sz w:val="21"/>
          <w:szCs w:val="21"/>
        </w:rPr>
        <w:t>Zgodnie z art. 13 i art. 14 RODO informujemy, że: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Administratorem danych osobowych jest Gminny Ośrodek Kultury w Dobrczu, ul. Długa 52, 86-022 Dobrcz.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Kontakt z Administratorem: gok@dobrcz.pl.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Inspektor Ochrony Danych: Sylwia Osowska, tel. 608 579 246, e-mail: ochronadanych@dobrcz.pl.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Źródło danych osoby upoważnionej: dane mogą zostać podane przez rodzica/opiekuna prawnego dziecka albo bezpośrednio przez osobę upoważnioną przy odbiorze dziecka.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Zakres danych: imię i nazwisko rodzica/opiekuna, adres i ewentualnie numer dokumentu tożsamości; imię i nazwisko dziecka, data urodzenia; imię i nazwisko osoby upoważnionej, numer dokumentu tożsamości oraz opcjonalnie telefon; podpisy osób składających oświadczenia.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Cel przetwarzania: potwierdzenie, że dziecko może zostać odebrane przez wskazaną osobę, weryfikacja tożsamości osoby odbierającej, zapewnienie bezpieczeństwa dziecka oraz udokumentowanie odbioru.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Podstawa prawna: art. 6 ust. 1 lit. e RODO (wykonanie zadania realizowanego w interesie publicznym w zakresie bezpiecznej organizacji zajęć/wyjazdów), art. 6 ust. 1 lit. c RODO (obowiązki dokumentacyjne/archiwalne - jeżeli dotyczą) oraz art. 6 ust. 1 lit. f RODO w zakresie ustalenia, dochodzenia lub obrony ewentualnych roszczeń, jeżeli ma zastosowanie.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Odbiorcy danych: podmioty uprawnione na podstawie przepisów prawa oraz podmioty świadczące usługi na rzecz Administratora, wyłącznie w zakresie niezbędnym do realizacji celu.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Dane nie będą przekazywane do państwa trzeciego ani organizacji międzynarodowej.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 xml:space="preserve">Okres przechowywania: przez okres obowiązywania upoważnienia i rozliczenia wydarzenia, 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>a następnie przez okres wynikający z przepisów o archiwizacji oraz przedawnienia ewentualnych roszczeń.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Przysługuje prawo dostępu do danych, sprostowania danych, usunięcia danych, ograniczenia przetwarzania, wniesienia sprzeciwu wobec przetwarzania oraz prawo do przenoszenia danych - jeżeli ma zastosowanie.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Przysługuje prawo wniesienia skargi do Prezesa Urzędu Ochrony Danych Osobowych.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Dane nie będą wykorzystywane do zautomatyzowanego podejmowania decyzji, w tym profilowania.</w:t>
      </w:r>
    </w:p>
    <w:p>
      <w:pPr>
        <w:pStyle w:val="Normal"/>
        <w:spacing w:before="0" w:after="50"/>
        <w:ind w:left="198" w:hanging="19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</w:t>
      </w:r>
      <w:r>
        <w:rPr>
          <w:sz w:val="21"/>
          <w:szCs w:val="21"/>
        </w:rPr>
        <w:t>Podanie danych jest dobrowolne, ale niezbędne do skutecznego upoważnienia osoby trzeciej do odbioru dziecka; niepodanie danych uniemożliwi wydanie dziecka osobie niewskazanej lub niemożliwej do zweryfikowania.</w:t>
      </w:r>
    </w:p>
    <w:p>
      <w:pPr>
        <w:pStyle w:val="Normal"/>
        <w:spacing w:before="0" w:after="0"/>
        <w:jc w:val="both"/>
        <w:rPr>
          <w:sz w:val="21"/>
          <w:szCs w:val="21"/>
        </w:rPr>
      </w:pPr>
      <w:r>
        <w:rPr>
          <w:sz w:val="21"/>
          <w:szCs w:val="21"/>
        </w:rPr>
        <w:br/>
        <w:t>.............................................................</w:t>
      </w:r>
    </w:p>
    <w:p>
      <w:pPr>
        <w:pStyle w:val="Normal"/>
        <w:spacing w:before="0" w:after="80"/>
        <w:jc w:val="both"/>
        <w:rPr>
          <w:sz w:val="21"/>
          <w:szCs w:val="21"/>
        </w:rPr>
      </w:pPr>
      <w:r>
        <w:rPr>
          <w:sz w:val="21"/>
          <w:szCs w:val="21"/>
        </w:rPr>
        <w:t>(podpis rodzica/opiekuna prawnego)</w:t>
      </w:r>
    </w:p>
    <w:sectPr>
      <w:type w:val="nextPage"/>
      <w:pgSz w:w="11906" w:h="16838"/>
      <w:pgMar w:left="1247" w:right="1191" w:header="0" w:top="119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425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Arial" w:cs="" w:cstheme="minorBidi"/>
      <w:color w:val="auto"/>
      <w:kern w:val="0"/>
      <w:sz w:val="19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1"/>
      <w:szCs w:val="26"/>
    </w:rPr>
  </w:style>
  <w:style w:type="paragraph" w:styleId="Nagwek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e618bf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e618bf"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efaultParagraphFont"/>
    <w:link w:val="Nagwek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ytuZnak" w:customStyle="1">
    <w:name w:val="Tytuł Znak"/>
    <w:basedOn w:val="DefaultParagraphFont"/>
    <w:link w:val="Tytu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link w:val="Tekstpodstawowy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Tekstpodstawowy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Tekstpodstawowy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Cytat"/>
    <w:uiPriority w:val="29"/>
    <w:qFormat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efaultParagraphFont"/>
    <w:link w:val="Nagwek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Nagwek5Znak" w:customStyle="1">
    <w:name w:val="Nagłówek 5 Znak"/>
    <w:basedOn w:val="DefaultParagraphFont"/>
    <w:link w:val="Nagwek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Nagwek6Znak" w:customStyle="1">
    <w:name w:val="Nagłówek 6 Znak"/>
    <w:basedOn w:val="DefaultParagraphFont"/>
    <w:link w:val="Nagwek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Nagwek7Znak" w:customStyle="1">
    <w:name w:val="Nagłówek 7 Znak"/>
    <w:basedOn w:val="DefaultParagraphFont"/>
    <w:link w:val="Nagwek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Nagwek8Znak" w:customStyle="1">
    <w:name w:val="Nagłówek 8 Znak"/>
    <w:basedOn w:val="DefaultParagraphFont"/>
    <w:link w:val="Nagwek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Nagwek9Znak" w:customStyle="1">
    <w:name w:val="Nagłówek 9 Znak"/>
    <w:basedOn w:val="DefaultParagraphFont"/>
    <w:link w:val="Nagwek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Wyróżnienie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28"/>
      <w:szCs w:val="52"/>
    </w:rPr>
  </w:style>
  <w:style w:type="paragraph" w:styleId="Podtytu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Nagwek1"/>
    <w:next w:val="Normal"/>
    <w:uiPriority w:val="39"/>
    <w:semiHidden/>
    <w:unhideWhenUsed/>
    <w:qFormat/>
    <w:rsid w:val="00fc693f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LibreOffice/7.1.3.2$Windows_X86_64 LibreOffice_project/47f78053abe362b9384784d31a6e56f8511eb1c1</Application>
  <AppVersion>15.0000</AppVersion>
  <Pages>2</Pages>
  <Words>491</Words>
  <Characters>4468</Characters>
  <CharactersWithSpaces>5084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cp:lastPrinted>2026-06-09T09:14:19Z</cp:lastPrinted>
  <dcterms:modified xsi:type="dcterms:W3CDTF">2026-06-09T09:14:26Z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